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5ED7F" w14:textId="77777777" w:rsidR="00141472" w:rsidRDefault="002268F5">
      <w:pPr>
        <w:spacing w:after="40"/>
        <w:jc w:val="center"/>
      </w:pPr>
      <w:r>
        <w:rPr>
          <w:noProof/>
        </w:rPr>
        <w:drawing>
          <wp:inline distT="0" distB="0" distL="0" distR="0" wp14:anchorId="741C2F0E" wp14:editId="784631C1">
            <wp:extent cx="914400" cy="4807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logo.png"/>
                    <pic:cNvPicPr/>
                  </pic:nvPicPr>
                  <pic:blipFill>
                    <a:blip r:embed="rId8"/>
                    <a:stretch>
                      <a:fillRect/>
                    </a:stretch>
                  </pic:blipFill>
                  <pic:spPr>
                    <a:xfrm>
                      <a:off x="0" y="0"/>
                      <a:ext cx="914400" cy="480797"/>
                    </a:xfrm>
                    <a:prstGeom prst="rect">
                      <a:avLst/>
                    </a:prstGeom>
                  </pic:spPr>
                </pic:pic>
              </a:graphicData>
            </a:graphic>
          </wp:inline>
        </w:drawing>
      </w:r>
    </w:p>
    <w:p w14:paraId="57D50A43" w14:textId="77777777" w:rsidR="00141472" w:rsidRDefault="002268F5">
      <w:pPr>
        <w:spacing w:before="40" w:after="60"/>
        <w:jc w:val="center"/>
      </w:pPr>
      <w:r>
        <w:rPr>
          <w:b/>
          <w:color w:val="17365D"/>
          <w:sz w:val="30"/>
        </w:rPr>
        <w:t>REGLER FÖR ÄNDRINGAR OCH BYGGNATIONER</w:t>
      </w:r>
    </w:p>
    <w:p w14:paraId="22F7801D" w14:textId="77777777" w:rsidR="00141472" w:rsidRDefault="002268F5">
      <w:pPr>
        <w:spacing w:after="200"/>
        <w:jc w:val="center"/>
      </w:pPr>
      <w:r>
        <w:rPr>
          <w:b/>
          <w:color w:val="1F4E79"/>
          <w:sz w:val="18"/>
        </w:rPr>
        <w:t>KOMMUNENS OCH STYRELSENS GODKÄNNANDE KAN KRÄVAS</w:t>
      </w:r>
    </w:p>
    <w:p w14:paraId="0BFA8EDD" w14:textId="77777777" w:rsidR="00141472" w:rsidRDefault="002268F5">
      <w:pPr>
        <w:spacing w:after="100"/>
      </w:pPr>
      <w:r>
        <w:t>Innan du påbörjar en förändring eller ombyggnad i din lägenhet, på din uteplats eller av din altan ska du kontrollera vilka regler som gäller och om styrelsens godkännande krävs. Förändringar som påverkar fastigheten, föreningens egendom eller gemensamma installationer får inte genomföras utan styrelsens godkännande.</w:t>
      </w:r>
    </w:p>
    <w:p w14:paraId="26475BD9" w14:textId="77777777" w:rsidR="00141472" w:rsidRDefault="002268F5">
      <w:pPr>
        <w:spacing w:before="140" w:after="60"/>
      </w:pPr>
      <w:r>
        <w:rPr>
          <w:b/>
          <w:color w:val="1F4E79"/>
          <w:sz w:val="21"/>
        </w:rPr>
        <w:t>VAD ÄR VÄSENTLIGA ÄNDRINGAR?</w:t>
      </w:r>
    </w:p>
    <w:p w14:paraId="1A9B6A14" w14:textId="77777777" w:rsidR="00141472" w:rsidRDefault="002268F5">
      <w:r>
        <w:t>Väsentliga ändringar är sådana som till exempel berör bärande konstruktioner, avsevärt förändrar planlösningen eller påverkar ventilation, vatten och avlopp. Är du osäker på om en planerad ändring påverkar fastigheten ska du kontakta styrelsen innan arbetet påbörjas.</w:t>
      </w:r>
    </w:p>
    <w:p w14:paraId="5741375D" w14:textId="77777777" w:rsidR="00141472" w:rsidRDefault="002268F5">
      <w:pPr>
        <w:spacing w:before="140" w:after="60"/>
      </w:pPr>
      <w:r>
        <w:rPr>
          <w:b/>
          <w:color w:val="1F4E79"/>
          <w:sz w:val="21"/>
        </w:rPr>
        <w:t>VIKTIGT ATT VETA</w:t>
      </w:r>
    </w:p>
    <w:p w14:paraId="7BF5CA2A" w14:textId="77777777" w:rsidR="00141472" w:rsidRDefault="002268F5">
      <w:pPr>
        <w:pStyle w:val="Punktlista"/>
        <w:spacing w:after="60"/>
        <w:ind w:left="288" w:hanging="173"/>
      </w:pPr>
      <w:r>
        <w:t>Icke bärande innerväggar är ditt ansvar som lägenhetsinnehavare. Dessa får ändras så länge det inte påverkar fastigheten enligt ovan.</w:t>
      </w:r>
    </w:p>
    <w:p w14:paraId="1F59B63B" w14:textId="77777777" w:rsidR="00141472" w:rsidRDefault="002268F5">
      <w:pPr>
        <w:pStyle w:val="Punktlista"/>
        <w:spacing w:after="60"/>
        <w:ind w:left="288" w:hanging="173"/>
      </w:pPr>
      <w:r>
        <w:t>Vid renovering eller ombyggnad i våtrum ska gällande branschregler följas: Byggkeramikrådets branschregler för våtrum (BBV) samt råd och anvisningar för vattenskadesäkert byggande enligt Golvbranschens våtrumskontroll (GVK).</w:t>
      </w:r>
    </w:p>
    <w:p w14:paraId="4FB0AA68" w14:textId="77777777" w:rsidR="00141472" w:rsidRDefault="002268F5">
      <w:pPr>
        <w:pStyle w:val="Punktlista"/>
        <w:spacing w:after="60"/>
        <w:ind w:left="288" w:hanging="173"/>
      </w:pPr>
      <w:r>
        <w:t>Ombyggnad eller andra ingrepp i elsystem får endast utföras av behörig elektriker. Åtgärder som berör fastighetens stigarledning, elcentral eller ordinarie nät ska dokumenteras på ritning och godkännas av styrelsen i förväg.</w:t>
      </w:r>
    </w:p>
    <w:p w14:paraId="478641BB" w14:textId="77777777" w:rsidR="00141472" w:rsidRDefault="002268F5">
      <w:pPr>
        <w:pStyle w:val="Punktlista"/>
        <w:spacing w:after="60"/>
        <w:ind w:left="288" w:hanging="173"/>
      </w:pPr>
      <w:r>
        <w:t>Ombyggnad av fastighetens VVS-system får endast utföras av en person som är utbildad och godkänd för uppgiften. Styrelsens medgivande krävs.</w:t>
      </w:r>
    </w:p>
    <w:p w14:paraId="049476A2" w14:textId="77777777" w:rsidR="00141472" w:rsidRDefault="002268F5">
      <w:pPr>
        <w:pStyle w:val="Punktlista"/>
        <w:spacing w:after="60"/>
        <w:ind w:left="288" w:hanging="173"/>
      </w:pPr>
      <w:r>
        <w:t>Befintlig ventilation får inte sättas igen eller ändras till en annan typ av ventilation.</w:t>
      </w:r>
    </w:p>
    <w:p w14:paraId="4E97D435" w14:textId="77777777" w:rsidR="00141472" w:rsidRDefault="002268F5">
      <w:pPr>
        <w:pStyle w:val="Punktlista"/>
        <w:spacing w:after="60"/>
        <w:ind w:left="288" w:hanging="173"/>
      </w:pPr>
      <w:r>
        <w:t>Lägenhetsinnehavaren ansvarar för att byggavfall forslas bort. Avfallet får inte lämnas kvar på tomten, i container på allmän plats eller i gemensamma utrymmen.</w:t>
      </w:r>
    </w:p>
    <w:p w14:paraId="31B4C74D" w14:textId="77777777" w:rsidR="00141472" w:rsidRDefault="002268F5">
      <w:pPr>
        <w:pStyle w:val="Punktlista"/>
        <w:spacing w:after="60"/>
        <w:ind w:left="288" w:hanging="173"/>
      </w:pPr>
      <w:r>
        <w:t>Visa hänsyn till grannarna. Ombyggnadsarbete får inte utföras på kvällar eller nätter, enligt tiderna i föreningens boenderegler.</w:t>
      </w:r>
    </w:p>
    <w:p w14:paraId="7F4EAAD6" w14:textId="77777777" w:rsidR="00141472" w:rsidRDefault="002268F5">
      <w:pPr>
        <w:spacing w:before="140" w:after="60"/>
      </w:pPr>
      <w:r>
        <w:rPr>
          <w:b/>
          <w:color w:val="1F4E79"/>
          <w:sz w:val="21"/>
        </w:rPr>
        <w:t>ALTAN OCH UTEPLATS</w:t>
      </w:r>
    </w:p>
    <w:p w14:paraId="07FCDA18" w14:textId="77777777" w:rsidR="00141472" w:rsidRDefault="002268F5">
      <w:r>
        <w:t>Vid nybyggnation eller ombyggnad av altan ska föreningens regler följas och styrelsens godkännande inhämtas innan arbetet påbörjas.</w:t>
      </w:r>
    </w:p>
    <w:p w14:paraId="0A47720F" w14:textId="77777777" w:rsidR="00141472" w:rsidRDefault="002268F5">
      <w:pPr>
        <w:pStyle w:val="Punktlista"/>
        <w:spacing w:after="60"/>
        <w:ind w:left="288" w:hanging="173"/>
      </w:pPr>
      <w:r>
        <w:t>Altanen ska inte byggas direkt mot husets fasad.</w:t>
      </w:r>
    </w:p>
    <w:p w14:paraId="71EF6AC9" w14:textId="77777777" w:rsidR="00141472" w:rsidRDefault="002268F5">
      <w:pPr>
        <w:pStyle w:val="Punktlista"/>
        <w:spacing w:after="60"/>
        <w:ind w:left="288" w:hanging="173"/>
      </w:pPr>
      <w:r>
        <w:t>Lämna cirka 2 cm mellan fasaden och altanen så att vatten och snö kan rinna undan och inte påverka fasadbrädorna. Det minskar risken för fukt- och vattenskador.</w:t>
      </w:r>
    </w:p>
    <w:p w14:paraId="08E089D9" w14:textId="77777777" w:rsidR="00141472" w:rsidRDefault="002268F5">
      <w:pPr>
        <w:pStyle w:val="Punktlista"/>
        <w:spacing w:after="60"/>
        <w:ind w:left="288" w:hanging="173"/>
      </w:pPr>
      <w:r>
        <w:t>Marken inom föreningens område tillhör föreningen. Förändringar eller byggnationer på föreningens mark får inte genomföras utan föreningens godkännande.</w:t>
      </w:r>
    </w:p>
    <w:p w14:paraId="291501CE" w14:textId="77777777" w:rsidR="00141472" w:rsidRDefault="002268F5">
      <w:pPr>
        <w:spacing w:before="100"/>
      </w:pPr>
      <w:r>
        <w:rPr>
          <w:b/>
          <w:color w:val="1F4E79"/>
        </w:rPr>
        <w:t xml:space="preserve">Kom ihåg: </w:t>
      </w:r>
      <w:r>
        <w:t>Beskriv åtgärden och ange relevanta mått i ansökan. Bifoga vid behov skiss eller ritning.</w:t>
      </w:r>
    </w:p>
    <w:p w14:paraId="25F3099D" w14:textId="77777777" w:rsidR="00141472" w:rsidRDefault="002268F5">
      <w:r>
        <w:br w:type="page"/>
      </w:r>
    </w:p>
    <w:p w14:paraId="77C49456" w14:textId="77777777" w:rsidR="00141472" w:rsidRDefault="002268F5">
      <w:pPr>
        <w:spacing w:after="40"/>
        <w:jc w:val="center"/>
      </w:pPr>
      <w:r>
        <w:rPr>
          <w:noProof/>
        </w:rPr>
        <w:lastRenderedPageBreak/>
        <w:drawing>
          <wp:inline distT="0" distB="0" distL="0" distR="0" wp14:anchorId="37EFBB1D" wp14:editId="02EA2713">
            <wp:extent cx="914400" cy="48079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logo.png"/>
                    <pic:cNvPicPr/>
                  </pic:nvPicPr>
                  <pic:blipFill>
                    <a:blip r:embed="rId8"/>
                    <a:stretch>
                      <a:fillRect/>
                    </a:stretch>
                  </pic:blipFill>
                  <pic:spPr>
                    <a:xfrm>
                      <a:off x="0" y="0"/>
                      <a:ext cx="914400" cy="480797"/>
                    </a:xfrm>
                    <a:prstGeom prst="rect">
                      <a:avLst/>
                    </a:prstGeom>
                  </pic:spPr>
                </pic:pic>
              </a:graphicData>
            </a:graphic>
          </wp:inline>
        </w:drawing>
      </w:r>
    </w:p>
    <w:p w14:paraId="4B7BB24F" w14:textId="77777777" w:rsidR="00141472" w:rsidRDefault="002268F5">
      <w:pPr>
        <w:spacing w:before="40" w:after="60"/>
        <w:jc w:val="center"/>
      </w:pPr>
      <w:r>
        <w:rPr>
          <w:b/>
          <w:color w:val="17365D"/>
          <w:sz w:val="34"/>
        </w:rPr>
        <w:t>ANSÖKAN OM TILLSTÅND</w:t>
      </w:r>
    </w:p>
    <w:p w14:paraId="63745F55" w14:textId="77777777" w:rsidR="00141472" w:rsidRDefault="002268F5">
      <w:pPr>
        <w:spacing w:after="200"/>
        <w:jc w:val="center"/>
      </w:pPr>
      <w:r>
        <w:rPr>
          <w:b/>
          <w:color w:val="1F4E79"/>
          <w:sz w:val="18"/>
        </w:rPr>
        <w:t>ÄNDRING ELLER BYGGNATION I LÄGENHET, PÅ ALTAN ELLER UTEPLATS</w:t>
      </w:r>
    </w:p>
    <w:p w14:paraId="027A2988" w14:textId="77777777" w:rsidR="00141472" w:rsidRDefault="002268F5">
      <w:pPr>
        <w:spacing w:after="160"/>
        <w:jc w:val="center"/>
      </w:pPr>
      <w:r>
        <w:t>Lämnas till styrelsen eller förvaltaren.</w:t>
      </w:r>
    </w:p>
    <w:p w14:paraId="2397FE3B" w14:textId="77777777" w:rsidR="00141472" w:rsidRDefault="002268F5">
      <w:pPr>
        <w:spacing w:before="140" w:after="60"/>
      </w:pPr>
      <w:r>
        <w:rPr>
          <w:b/>
          <w:color w:val="1F4E79"/>
          <w:sz w:val="21"/>
        </w:rPr>
        <w:t>BOSTADSRÄTTSHAVARE</w:t>
      </w:r>
    </w:p>
    <w:tbl>
      <w:tblPr>
        <w:tblW w:w="0" w:type="auto"/>
        <w:jc w:val="center"/>
        <w:tblLayout w:type="fixed"/>
        <w:tblLook w:val="04A0" w:firstRow="1" w:lastRow="0" w:firstColumn="1" w:lastColumn="0" w:noHBand="0" w:noVBand="1"/>
      </w:tblPr>
      <w:tblGrid>
        <w:gridCol w:w="4680"/>
        <w:gridCol w:w="4680"/>
      </w:tblGrid>
      <w:tr w:rsidR="00141472" w14:paraId="01DB9A0F" w14:textId="77777777">
        <w:trPr>
          <w:jc w:val="center"/>
        </w:trPr>
        <w:tc>
          <w:tcPr>
            <w:tcW w:w="4680" w:type="dxa"/>
            <w:shd w:val="clear" w:color="auto" w:fill="F7F9FC"/>
            <w:tcMar>
              <w:top w:w="70" w:type="dxa"/>
              <w:left w:w="100" w:type="dxa"/>
              <w:bottom w:w="70" w:type="dxa"/>
              <w:right w:w="100" w:type="dxa"/>
            </w:tcMar>
          </w:tcPr>
          <w:p w14:paraId="1900DD47" w14:textId="77777777" w:rsidR="00141472" w:rsidRDefault="002268F5">
            <w:pPr>
              <w:spacing w:after="20"/>
            </w:pPr>
            <w:r>
              <w:rPr>
                <w:b/>
                <w:sz w:val="17"/>
              </w:rPr>
              <w:t>Namn</w:t>
            </w:r>
          </w:p>
          <w:p w14:paraId="5135ADFB" w14:textId="77777777" w:rsidR="00141472" w:rsidRDefault="002268F5">
            <w:pPr>
              <w:spacing w:after="0"/>
            </w:pPr>
            <w:r>
              <w:rPr>
                <w:color w:val="777777"/>
                <w:sz w:val="16"/>
              </w:rPr>
              <w:t>________________________________________</w:t>
            </w:r>
          </w:p>
        </w:tc>
        <w:tc>
          <w:tcPr>
            <w:tcW w:w="4680" w:type="dxa"/>
            <w:shd w:val="clear" w:color="auto" w:fill="F7F9FC"/>
            <w:tcMar>
              <w:top w:w="70" w:type="dxa"/>
              <w:left w:w="100" w:type="dxa"/>
              <w:bottom w:w="70" w:type="dxa"/>
              <w:right w:w="100" w:type="dxa"/>
            </w:tcMar>
          </w:tcPr>
          <w:p w14:paraId="13605113" w14:textId="77777777" w:rsidR="00141472" w:rsidRDefault="002268F5">
            <w:pPr>
              <w:spacing w:after="20"/>
            </w:pPr>
            <w:r>
              <w:rPr>
                <w:b/>
                <w:sz w:val="17"/>
              </w:rPr>
              <w:t>Adress</w:t>
            </w:r>
          </w:p>
          <w:p w14:paraId="7113060A" w14:textId="77777777" w:rsidR="00141472" w:rsidRDefault="002268F5">
            <w:pPr>
              <w:spacing w:after="0"/>
            </w:pPr>
            <w:r>
              <w:rPr>
                <w:color w:val="777777"/>
                <w:sz w:val="16"/>
              </w:rPr>
              <w:t>________________________________________</w:t>
            </w:r>
          </w:p>
        </w:tc>
      </w:tr>
      <w:tr w:rsidR="00141472" w14:paraId="0275E0A1" w14:textId="77777777">
        <w:trPr>
          <w:jc w:val="center"/>
        </w:trPr>
        <w:tc>
          <w:tcPr>
            <w:tcW w:w="4680" w:type="dxa"/>
            <w:tcMar>
              <w:top w:w="70" w:type="dxa"/>
              <w:left w:w="100" w:type="dxa"/>
              <w:bottom w:w="70" w:type="dxa"/>
              <w:right w:w="100" w:type="dxa"/>
            </w:tcMar>
          </w:tcPr>
          <w:p w14:paraId="60B1DEA1" w14:textId="77777777" w:rsidR="00141472" w:rsidRDefault="002268F5">
            <w:pPr>
              <w:spacing w:after="20"/>
            </w:pPr>
            <w:r>
              <w:rPr>
                <w:b/>
                <w:sz w:val="17"/>
              </w:rPr>
              <w:t>Personnr./org.nr.</w:t>
            </w:r>
          </w:p>
          <w:p w14:paraId="22B6B4A3" w14:textId="77777777" w:rsidR="00141472" w:rsidRDefault="002268F5">
            <w:pPr>
              <w:spacing w:after="0"/>
            </w:pPr>
            <w:r>
              <w:rPr>
                <w:color w:val="777777"/>
                <w:sz w:val="16"/>
              </w:rPr>
              <w:t>________________________________________</w:t>
            </w:r>
          </w:p>
        </w:tc>
        <w:tc>
          <w:tcPr>
            <w:tcW w:w="4680" w:type="dxa"/>
            <w:tcMar>
              <w:top w:w="70" w:type="dxa"/>
              <w:left w:w="100" w:type="dxa"/>
              <w:bottom w:w="70" w:type="dxa"/>
              <w:right w:w="100" w:type="dxa"/>
            </w:tcMar>
          </w:tcPr>
          <w:p w14:paraId="563C9C24" w14:textId="77777777" w:rsidR="00141472" w:rsidRDefault="002268F5">
            <w:pPr>
              <w:spacing w:after="20"/>
            </w:pPr>
            <w:r>
              <w:rPr>
                <w:b/>
                <w:sz w:val="17"/>
              </w:rPr>
              <w:t>Lägenhetsnummer</w:t>
            </w:r>
          </w:p>
          <w:p w14:paraId="6E3F037E" w14:textId="77777777" w:rsidR="00141472" w:rsidRDefault="002268F5">
            <w:pPr>
              <w:spacing w:after="0"/>
            </w:pPr>
            <w:r>
              <w:rPr>
                <w:color w:val="777777"/>
                <w:sz w:val="16"/>
              </w:rPr>
              <w:t>________________________________________</w:t>
            </w:r>
          </w:p>
        </w:tc>
      </w:tr>
      <w:tr w:rsidR="00141472" w14:paraId="4B7D47EC" w14:textId="77777777">
        <w:trPr>
          <w:jc w:val="center"/>
        </w:trPr>
        <w:tc>
          <w:tcPr>
            <w:tcW w:w="4680" w:type="dxa"/>
            <w:shd w:val="clear" w:color="auto" w:fill="F7F9FC"/>
            <w:tcMar>
              <w:top w:w="70" w:type="dxa"/>
              <w:left w:w="100" w:type="dxa"/>
              <w:bottom w:w="70" w:type="dxa"/>
              <w:right w:w="100" w:type="dxa"/>
            </w:tcMar>
          </w:tcPr>
          <w:p w14:paraId="7F372AAB" w14:textId="77777777" w:rsidR="00141472" w:rsidRDefault="002268F5">
            <w:pPr>
              <w:spacing w:after="20"/>
            </w:pPr>
            <w:r>
              <w:rPr>
                <w:b/>
                <w:sz w:val="17"/>
              </w:rPr>
              <w:t>Postnummer</w:t>
            </w:r>
          </w:p>
          <w:p w14:paraId="026CEC72" w14:textId="77777777" w:rsidR="00141472" w:rsidRDefault="002268F5">
            <w:pPr>
              <w:spacing w:after="0"/>
            </w:pPr>
            <w:r>
              <w:rPr>
                <w:color w:val="777777"/>
                <w:sz w:val="16"/>
              </w:rPr>
              <w:t>________________________________________</w:t>
            </w:r>
          </w:p>
        </w:tc>
        <w:tc>
          <w:tcPr>
            <w:tcW w:w="4680" w:type="dxa"/>
            <w:shd w:val="clear" w:color="auto" w:fill="F7F9FC"/>
            <w:tcMar>
              <w:top w:w="70" w:type="dxa"/>
              <w:left w:w="100" w:type="dxa"/>
              <w:bottom w:w="70" w:type="dxa"/>
              <w:right w:w="100" w:type="dxa"/>
            </w:tcMar>
          </w:tcPr>
          <w:p w14:paraId="27B78172" w14:textId="77777777" w:rsidR="00141472" w:rsidRDefault="002268F5">
            <w:pPr>
              <w:spacing w:after="20"/>
            </w:pPr>
            <w:r>
              <w:rPr>
                <w:b/>
                <w:sz w:val="17"/>
              </w:rPr>
              <w:t>Ort</w:t>
            </w:r>
          </w:p>
          <w:p w14:paraId="45EDB674" w14:textId="77777777" w:rsidR="00141472" w:rsidRDefault="002268F5">
            <w:pPr>
              <w:spacing w:after="0"/>
            </w:pPr>
            <w:r>
              <w:rPr>
                <w:color w:val="777777"/>
                <w:sz w:val="16"/>
              </w:rPr>
              <w:t>________________________________________</w:t>
            </w:r>
          </w:p>
        </w:tc>
      </w:tr>
      <w:tr w:rsidR="00141472" w14:paraId="09D199ED" w14:textId="77777777">
        <w:trPr>
          <w:jc w:val="center"/>
        </w:trPr>
        <w:tc>
          <w:tcPr>
            <w:tcW w:w="4680" w:type="dxa"/>
            <w:tcMar>
              <w:top w:w="70" w:type="dxa"/>
              <w:left w:w="100" w:type="dxa"/>
              <w:bottom w:w="70" w:type="dxa"/>
              <w:right w:w="100" w:type="dxa"/>
            </w:tcMar>
          </w:tcPr>
          <w:p w14:paraId="203D0306" w14:textId="77777777" w:rsidR="00141472" w:rsidRDefault="002268F5">
            <w:pPr>
              <w:spacing w:after="20"/>
            </w:pPr>
            <w:r>
              <w:rPr>
                <w:b/>
                <w:sz w:val="17"/>
              </w:rPr>
              <w:t>Mejladress</w:t>
            </w:r>
          </w:p>
          <w:p w14:paraId="5FA9D24C" w14:textId="77777777" w:rsidR="00141472" w:rsidRDefault="002268F5">
            <w:pPr>
              <w:spacing w:after="0"/>
            </w:pPr>
            <w:r>
              <w:rPr>
                <w:color w:val="777777"/>
                <w:sz w:val="16"/>
              </w:rPr>
              <w:t>________________________________________</w:t>
            </w:r>
          </w:p>
        </w:tc>
        <w:tc>
          <w:tcPr>
            <w:tcW w:w="4680" w:type="dxa"/>
            <w:tcMar>
              <w:top w:w="70" w:type="dxa"/>
              <w:left w:w="100" w:type="dxa"/>
              <w:bottom w:w="70" w:type="dxa"/>
              <w:right w:w="100" w:type="dxa"/>
            </w:tcMar>
          </w:tcPr>
          <w:p w14:paraId="10F594A4" w14:textId="77777777" w:rsidR="00141472" w:rsidRDefault="002268F5">
            <w:pPr>
              <w:spacing w:after="20"/>
            </w:pPr>
            <w:r>
              <w:rPr>
                <w:b/>
                <w:sz w:val="17"/>
              </w:rPr>
              <w:t>Telefonnummer</w:t>
            </w:r>
          </w:p>
          <w:p w14:paraId="385401B0" w14:textId="77777777" w:rsidR="00141472" w:rsidRDefault="002268F5">
            <w:pPr>
              <w:spacing w:after="0"/>
            </w:pPr>
            <w:r>
              <w:rPr>
                <w:color w:val="777777"/>
                <w:sz w:val="16"/>
              </w:rPr>
              <w:t>________________________________________</w:t>
            </w:r>
          </w:p>
        </w:tc>
      </w:tr>
      <w:tr w:rsidR="00141472" w14:paraId="4227A94E" w14:textId="77777777">
        <w:trPr>
          <w:jc w:val="center"/>
        </w:trPr>
        <w:tc>
          <w:tcPr>
            <w:tcW w:w="4680" w:type="dxa"/>
            <w:shd w:val="clear" w:color="auto" w:fill="F7F9FC"/>
            <w:tcMar>
              <w:top w:w="70" w:type="dxa"/>
              <w:left w:w="100" w:type="dxa"/>
              <w:bottom w:w="70" w:type="dxa"/>
              <w:right w:w="100" w:type="dxa"/>
            </w:tcMar>
          </w:tcPr>
          <w:p w14:paraId="490ADC88" w14:textId="77777777" w:rsidR="00141472" w:rsidRDefault="002268F5">
            <w:pPr>
              <w:spacing w:after="20"/>
            </w:pPr>
            <w:r>
              <w:rPr>
                <w:b/>
                <w:sz w:val="17"/>
              </w:rPr>
              <w:t>Bostadsrättsförening</w:t>
            </w:r>
          </w:p>
          <w:p w14:paraId="40BB3987" w14:textId="77777777" w:rsidR="00141472" w:rsidRDefault="002268F5">
            <w:pPr>
              <w:spacing w:after="0"/>
            </w:pPr>
            <w:r>
              <w:rPr>
                <w:color w:val="777777"/>
                <w:sz w:val="16"/>
              </w:rPr>
              <w:t>________________________________________</w:t>
            </w:r>
          </w:p>
        </w:tc>
        <w:tc>
          <w:tcPr>
            <w:tcW w:w="4680" w:type="dxa"/>
            <w:shd w:val="clear" w:color="auto" w:fill="F7F9FC"/>
            <w:tcMar>
              <w:top w:w="70" w:type="dxa"/>
              <w:left w:w="100" w:type="dxa"/>
              <w:bottom w:w="70" w:type="dxa"/>
              <w:right w:w="100" w:type="dxa"/>
            </w:tcMar>
          </w:tcPr>
          <w:p w14:paraId="699ACE00" w14:textId="77777777" w:rsidR="00141472" w:rsidRDefault="002268F5">
            <w:pPr>
              <w:spacing w:after="20"/>
            </w:pPr>
            <w:r>
              <w:rPr>
                <w:b/>
                <w:sz w:val="17"/>
              </w:rPr>
              <w:t>Gatuadress</w:t>
            </w:r>
          </w:p>
          <w:p w14:paraId="72DDCDA8" w14:textId="77777777" w:rsidR="00141472" w:rsidRDefault="002268F5">
            <w:pPr>
              <w:spacing w:after="0"/>
            </w:pPr>
            <w:r>
              <w:rPr>
                <w:color w:val="777777"/>
                <w:sz w:val="16"/>
              </w:rPr>
              <w:t>________________________________________</w:t>
            </w:r>
          </w:p>
        </w:tc>
      </w:tr>
    </w:tbl>
    <w:p w14:paraId="0696F82C" w14:textId="77777777" w:rsidR="00141472" w:rsidRDefault="002268F5">
      <w:pPr>
        <w:spacing w:before="140" w:after="60"/>
      </w:pPr>
      <w:r>
        <w:rPr>
          <w:b/>
          <w:color w:val="1F4E79"/>
          <w:sz w:val="21"/>
        </w:rPr>
        <w:t>ÄNDRINGSBESKRIVNING</w:t>
      </w:r>
    </w:p>
    <w:p w14:paraId="68BB5380" w14:textId="77777777" w:rsidR="00141472" w:rsidRDefault="002268F5">
      <w:r>
        <w:t>Beskriv vilka ändringar eller vilken byggnation du planerar att utföra:</w:t>
      </w:r>
    </w:p>
    <w:p w14:paraId="757F3315" w14:textId="77777777" w:rsidR="00141472" w:rsidRDefault="002268F5">
      <w:pPr>
        <w:spacing w:after="100"/>
      </w:pPr>
      <w:r>
        <w:rPr>
          <w:color w:val="777777"/>
          <w:sz w:val="16"/>
        </w:rPr>
        <w:t>____________________________________________________________________________________________</w:t>
      </w:r>
    </w:p>
    <w:p w14:paraId="2BD7A7D0" w14:textId="77777777" w:rsidR="00141472" w:rsidRDefault="002268F5">
      <w:pPr>
        <w:spacing w:after="100"/>
      </w:pPr>
      <w:r>
        <w:rPr>
          <w:color w:val="777777"/>
          <w:sz w:val="16"/>
        </w:rPr>
        <w:t>____________________________________________________________________________________________</w:t>
      </w:r>
    </w:p>
    <w:p w14:paraId="0B4DA1B8" w14:textId="77777777" w:rsidR="00141472" w:rsidRDefault="002268F5">
      <w:pPr>
        <w:spacing w:after="100"/>
      </w:pPr>
      <w:r>
        <w:rPr>
          <w:color w:val="777777"/>
          <w:sz w:val="16"/>
        </w:rPr>
        <w:t>____________________________________________________________________________________________</w:t>
      </w:r>
    </w:p>
    <w:p w14:paraId="3C41CA70" w14:textId="77777777" w:rsidR="00141472" w:rsidRDefault="002268F5">
      <w:pPr>
        <w:spacing w:after="100"/>
      </w:pPr>
      <w:r>
        <w:rPr>
          <w:color w:val="777777"/>
          <w:sz w:val="16"/>
        </w:rPr>
        <w:t>____________________________________________________________________________________________</w:t>
      </w:r>
    </w:p>
    <w:p w14:paraId="4300062D" w14:textId="77777777" w:rsidR="00141472" w:rsidRDefault="002268F5">
      <w:pPr>
        <w:spacing w:before="140" w:after="60"/>
      </w:pPr>
      <w:r>
        <w:rPr>
          <w:b/>
          <w:color w:val="1F4E79"/>
          <w:sz w:val="21"/>
        </w:rPr>
        <w:t>MÅTT OCH UTFORMNING</w:t>
      </w:r>
    </w:p>
    <w:p w14:paraId="72F9BDDE" w14:textId="77777777" w:rsidR="00141472" w:rsidRDefault="002268F5">
      <w:pPr>
        <w:spacing w:after="100"/>
      </w:pPr>
      <w:r>
        <w:rPr>
          <w:color w:val="777777"/>
          <w:sz w:val="16"/>
        </w:rPr>
        <w:t>____________________________________________________________________________________________</w:t>
      </w:r>
    </w:p>
    <w:p w14:paraId="71F5DF76" w14:textId="77777777" w:rsidR="00141472" w:rsidRDefault="002268F5">
      <w:pPr>
        <w:spacing w:after="100"/>
      </w:pPr>
      <w:r>
        <w:rPr>
          <w:color w:val="777777"/>
          <w:sz w:val="16"/>
        </w:rPr>
        <w:t>____________________________________________________________________________________________</w:t>
      </w:r>
    </w:p>
    <w:tbl>
      <w:tblPr>
        <w:tblW w:w="0" w:type="auto"/>
        <w:jc w:val="center"/>
        <w:tblLook w:val="04A0" w:firstRow="1" w:lastRow="0" w:firstColumn="1" w:lastColumn="0" w:noHBand="0" w:noVBand="1"/>
      </w:tblPr>
      <w:tblGrid>
        <w:gridCol w:w="5112"/>
        <w:gridCol w:w="5112"/>
      </w:tblGrid>
      <w:tr w:rsidR="00141472" w14:paraId="3BD40593" w14:textId="77777777">
        <w:trPr>
          <w:jc w:val="center"/>
        </w:trPr>
        <w:tc>
          <w:tcPr>
            <w:tcW w:w="5112" w:type="dxa"/>
            <w:tcMar>
              <w:top w:w="70" w:type="dxa"/>
              <w:left w:w="100" w:type="dxa"/>
              <w:bottom w:w="70" w:type="dxa"/>
              <w:right w:w="100" w:type="dxa"/>
            </w:tcMar>
          </w:tcPr>
          <w:p w14:paraId="008AAEC7" w14:textId="77777777" w:rsidR="00141472" w:rsidRDefault="002268F5">
            <w:pPr>
              <w:spacing w:after="0"/>
            </w:pPr>
            <w:r>
              <w:rPr>
                <w:b/>
                <w:sz w:val="18"/>
              </w:rPr>
              <w:t>Planerad start</w:t>
            </w:r>
          </w:p>
          <w:p w14:paraId="635FB3F9" w14:textId="77777777" w:rsidR="00141472" w:rsidRDefault="002268F5">
            <w:r>
              <w:rPr>
                <w:color w:val="777777"/>
                <w:sz w:val="16"/>
              </w:rPr>
              <w:t>____________________________</w:t>
            </w:r>
          </w:p>
        </w:tc>
        <w:tc>
          <w:tcPr>
            <w:tcW w:w="5112" w:type="dxa"/>
            <w:tcMar>
              <w:top w:w="70" w:type="dxa"/>
              <w:left w:w="100" w:type="dxa"/>
              <w:bottom w:w="70" w:type="dxa"/>
              <w:right w:w="100" w:type="dxa"/>
            </w:tcMar>
          </w:tcPr>
          <w:p w14:paraId="698853B0" w14:textId="77777777" w:rsidR="00141472" w:rsidRDefault="002268F5">
            <w:pPr>
              <w:spacing w:after="0"/>
            </w:pPr>
            <w:r>
              <w:rPr>
                <w:b/>
                <w:sz w:val="18"/>
              </w:rPr>
              <w:t>Beräknat färdigställande</w:t>
            </w:r>
          </w:p>
          <w:p w14:paraId="2DFF7263" w14:textId="77777777" w:rsidR="00141472" w:rsidRDefault="002268F5">
            <w:r>
              <w:rPr>
                <w:color w:val="777777"/>
                <w:sz w:val="16"/>
              </w:rPr>
              <w:t>____________________________</w:t>
            </w:r>
          </w:p>
        </w:tc>
      </w:tr>
    </w:tbl>
    <w:p w14:paraId="4FE6A86D" w14:textId="77777777" w:rsidR="00141472" w:rsidRDefault="002268F5">
      <w:pPr>
        <w:spacing w:before="100" w:after="160"/>
      </w:pPr>
      <w:r>
        <w:rPr>
          <w:i/>
          <w:sz w:val="17"/>
        </w:rPr>
        <w:t>Bifoga gärna skiss, ritning eller bilder som visar åtgärden.</w:t>
      </w:r>
    </w:p>
    <w:tbl>
      <w:tblPr>
        <w:tblW w:w="0" w:type="auto"/>
        <w:tblLook w:val="04A0" w:firstRow="1" w:lastRow="0" w:firstColumn="1" w:lastColumn="0" w:noHBand="0" w:noVBand="1"/>
      </w:tblPr>
      <w:tblGrid>
        <w:gridCol w:w="5112"/>
        <w:gridCol w:w="5112"/>
      </w:tblGrid>
      <w:tr w:rsidR="00141472" w14:paraId="18A443A9" w14:textId="77777777">
        <w:tc>
          <w:tcPr>
            <w:tcW w:w="5112" w:type="dxa"/>
            <w:tcMar>
              <w:top w:w="50" w:type="dxa"/>
              <w:left w:w="100" w:type="dxa"/>
              <w:bottom w:w="50" w:type="dxa"/>
              <w:right w:w="100" w:type="dxa"/>
            </w:tcMar>
          </w:tcPr>
          <w:p w14:paraId="5ED83723" w14:textId="77777777" w:rsidR="00141472" w:rsidRDefault="002268F5">
            <w:r>
              <w:rPr>
                <w:b/>
                <w:sz w:val="18"/>
              </w:rPr>
              <w:t>Ort och datum</w:t>
            </w:r>
          </w:p>
          <w:p w14:paraId="27C815E1" w14:textId="77777777" w:rsidR="00141472" w:rsidRDefault="002268F5">
            <w:r>
              <w:rPr>
                <w:color w:val="777777"/>
                <w:sz w:val="16"/>
              </w:rPr>
              <w:t>____________________________</w:t>
            </w:r>
          </w:p>
        </w:tc>
        <w:tc>
          <w:tcPr>
            <w:tcW w:w="5112" w:type="dxa"/>
            <w:tcMar>
              <w:top w:w="50" w:type="dxa"/>
              <w:left w:w="100" w:type="dxa"/>
              <w:bottom w:w="50" w:type="dxa"/>
              <w:right w:w="100" w:type="dxa"/>
            </w:tcMar>
          </w:tcPr>
          <w:p w14:paraId="41FC1C40" w14:textId="77777777" w:rsidR="00141472" w:rsidRDefault="002268F5">
            <w:r>
              <w:rPr>
                <w:b/>
                <w:sz w:val="18"/>
              </w:rPr>
              <w:t>Underskrift</w:t>
            </w:r>
          </w:p>
          <w:p w14:paraId="7FD48FF9" w14:textId="77777777" w:rsidR="00141472" w:rsidRDefault="002268F5">
            <w:r>
              <w:rPr>
                <w:color w:val="777777"/>
                <w:sz w:val="16"/>
              </w:rPr>
              <w:t>____________________________</w:t>
            </w:r>
          </w:p>
        </w:tc>
      </w:tr>
    </w:tbl>
    <w:p w14:paraId="70C47C23" w14:textId="77777777" w:rsidR="00141472" w:rsidRDefault="002268F5">
      <w:r>
        <w:br w:type="page"/>
      </w:r>
    </w:p>
    <w:p w14:paraId="3CDB5170" w14:textId="77777777" w:rsidR="00141472" w:rsidRDefault="002268F5">
      <w:pPr>
        <w:spacing w:after="40"/>
        <w:jc w:val="center"/>
      </w:pPr>
      <w:r>
        <w:rPr>
          <w:noProof/>
        </w:rPr>
        <w:lastRenderedPageBreak/>
        <w:drawing>
          <wp:inline distT="0" distB="0" distL="0" distR="0" wp14:anchorId="6BE9A7B7" wp14:editId="7DD410F0">
            <wp:extent cx="914400" cy="48079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logo.png"/>
                    <pic:cNvPicPr/>
                  </pic:nvPicPr>
                  <pic:blipFill>
                    <a:blip r:embed="rId8"/>
                    <a:stretch>
                      <a:fillRect/>
                    </a:stretch>
                  </pic:blipFill>
                  <pic:spPr>
                    <a:xfrm>
                      <a:off x="0" y="0"/>
                      <a:ext cx="914400" cy="480797"/>
                    </a:xfrm>
                    <a:prstGeom prst="rect">
                      <a:avLst/>
                    </a:prstGeom>
                  </pic:spPr>
                </pic:pic>
              </a:graphicData>
            </a:graphic>
          </wp:inline>
        </w:drawing>
      </w:r>
    </w:p>
    <w:p w14:paraId="44CFFFF1" w14:textId="77777777" w:rsidR="00141472" w:rsidRDefault="002268F5">
      <w:pPr>
        <w:spacing w:before="40" w:after="60"/>
        <w:jc w:val="center"/>
      </w:pPr>
      <w:r>
        <w:rPr>
          <w:b/>
          <w:color w:val="17365D"/>
          <w:sz w:val="34"/>
        </w:rPr>
        <w:t>STYRELSENS BESLUT</w:t>
      </w:r>
    </w:p>
    <w:p w14:paraId="7A9A9A9D" w14:textId="77777777" w:rsidR="00141472" w:rsidRDefault="002268F5">
      <w:pPr>
        <w:spacing w:after="200"/>
        <w:jc w:val="center"/>
      </w:pPr>
      <w:r>
        <w:rPr>
          <w:b/>
          <w:color w:val="1F4E79"/>
          <w:sz w:val="18"/>
        </w:rPr>
        <w:t>FYLLS I AV STYRELSEN</w:t>
      </w:r>
    </w:p>
    <w:p w14:paraId="182A5F9D" w14:textId="77777777" w:rsidR="00141472" w:rsidRDefault="002268F5">
      <w:pPr>
        <w:spacing w:before="140" w:after="60"/>
      </w:pPr>
      <w:r>
        <w:rPr>
          <w:b/>
          <w:color w:val="1F4E79"/>
          <w:sz w:val="21"/>
        </w:rPr>
        <w:t>ANSÖKAN AVSER</w:t>
      </w:r>
    </w:p>
    <w:p w14:paraId="2CA2D723" w14:textId="77777777" w:rsidR="00141472" w:rsidRDefault="002268F5">
      <w:r>
        <w:t>____________________________________________________________________________________________</w:t>
      </w:r>
    </w:p>
    <w:p w14:paraId="7E243007" w14:textId="77777777" w:rsidR="00141472" w:rsidRDefault="002268F5">
      <w:r>
        <w:t>____________________________________________________________________________________________</w:t>
      </w:r>
    </w:p>
    <w:p w14:paraId="4D538656" w14:textId="77777777" w:rsidR="00141472" w:rsidRDefault="002268F5">
      <w:pPr>
        <w:spacing w:before="160"/>
      </w:pPr>
      <w:r>
        <w:rPr>
          <w:b/>
        </w:rPr>
        <w:t>☐</w:t>
      </w:r>
      <w:r>
        <w:rPr>
          <w:b/>
        </w:rPr>
        <w:t xml:space="preserve">  Ansökan beviljas*     Datum: __________________________________________</w:t>
      </w:r>
    </w:p>
    <w:p w14:paraId="18556C95" w14:textId="77777777" w:rsidR="00141472" w:rsidRDefault="002268F5">
      <w:pPr>
        <w:spacing w:after="140"/>
      </w:pPr>
      <w:r>
        <w:rPr>
          <w:b/>
        </w:rPr>
        <w:t>☐</w:t>
      </w:r>
      <w:r>
        <w:rPr>
          <w:b/>
        </w:rPr>
        <w:t xml:space="preserve">  Ansökan avslås          Datum: __________________________________________</w:t>
      </w:r>
    </w:p>
    <w:p w14:paraId="203353B7" w14:textId="77777777" w:rsidR="00141472" w:rsidRDefault="002268F5">
      <w:pPr>
        <w:spacing w:before="140" w:after="60"/>
      </w:pPr>
      <w:r>
        <w:rPr>
          <w:b/>
          <w:color w:val="1F4E79"/>
          <w:sz w:val="21"/>
        </w:rPr>
        <w:t>MOTIVERING / SÄRSKILDA VILLKOR</w:t>
      </w:r>
    </w:p>
    <w:p w14:paraId="6C1F672C" w14:textId="77777777" w:rsidR="00141472" w:rsidRDefault="002268F5">
      <w:pPr>
        <w:spacing w:after="140"/>
      </w:pPr>
      <w:r>
        <w:rPr>
          <w:color w:val="777777"/>
          <w:sz w:val="16"/>
        </w:rPr>
        <w:t>____________________________________________________________________________________________</w:t>
      </w:r>
    </w:p>
    <w:p w14:paraId="0BC5FF12" w14:textId="77777777" w:rsidR="00141472" w:rsidRDefault="002268F5">
      <w:pPr>
        <w:spacing w:after="140"/>
      </w:pPr>
      <w:r>
        <w:rPr>
          <w:color w:val="777777"/>
          <w:sz w:val="16"/>
        </w:rPr>
        <w:t>____________________________________________________________________________________________</w:t>
      </w:r>
    </w:p>
    <w:p w14:paraId="45D70139" w14:textId="77777777" w:rsidR="00141472" w:rsidRDefault="002268F5">
      <w:pPr>
        <w:spacing w:after="140"/>
      </w:pPr>
      <w:r>
        <w:rPr>
          <w:color w:val="777777"/>
          <w:sz w:val="16"/>
        </w:rPr>
        <w:t>____________________________________________________________________________________________</w:t>
      </w:r>
    </w:p>
    <w:p w14:paraId="6456BD93" w14:textId="77777777" w:rsidR="00141472" w:rsidRDefault="002268F5">
      <w:pPr>
        <w:spacing w:after="140"/>
      </w:pPr>
      <w:r>
        <w:rPr>
          <w:color w:val="777777"/>
          <w:sz w:val="16"/>
        </w:rPr>
        <w:t>____________________________________________________________________________________________</w:t>
      </w:r>
    </w:p>
    <w:p w14:paraId="6EB39062" w14:textId="77777777" w:rsidR="00141472" w:rsidRDefault="002268F5">
      <w:pPr>
        <w:spacing w:after="140"/>
      </w:pPr>
      <w:r>
        <w:rPr>
          <w:color w:val="777777"/>
          <w:sz w:val="16"/>
        </w:rPr>
        <w:t>____________________________________________________________________________________________</w:t>
      </w:r>
    </w:p>
    <w:p w14:paraId="79B6F396" w14:textId="77777777" w:rsidR="00141472" w:rsidRDefault="002268F5">
      <w:pPr>
        <w:spacing w:after="140"/>
      </w:pPr>
      <w:r>
        <w:rPr>
          <w:color w:val="777777"/>
          <w:sz w:val="16"/>
        </w:rPr>
        <w:t>____________________________________________________________________________________________</w:t>
      </w:r>
    </w:p>
    <w:p w14:paraId="7AABC896" w14:textId="77777777" w:rsidR="00141472" w:rsidRDefault="002268F5">
      <w:pPr>
        <w:spacing w:after="140"/>
      </w:pPr>
      <w:r>
        <w:rPr>
          <w:color w:val="777777"/>
          <w:sz w:val="16"/>
        </w:rPr>
        <w:t>____________________________________________________________________________________________</w:t>
      </w:r>
    </w:p>
    <w:p w14:paraId="2B3B0F84" w14:textId="77777777" w:rsidR="00141472" w:rsidRDefault="002268F5">
      <w:pPr>
        <w:spacing w:before="160"/>
      </w:pPr>
      <w:r>
        <w:rPr>
          <w:b/>
        </w:rPr>
        <w:t xml:space="preserve">Styrelsens underskrift: </w:t>
      </w:r>
      <w:r>
        <w:t>________________________________________________________</w:t>
      </w:r>
    </w:p>
    <w:p w14:paraId="13CEF985" w14:textId="77777777" w:rsidR="00141472" w:rsidRDefault="002268F5">
      <w:r>
        <w:rPr>
          <w:b/>
        </w:rPr>
        <w:t xml:space="preserve">Ort och datum: </w:t>
      </w:r>
      <w:r>
        <w:t>________________________________________________________________</w:t>
      </w:r>
    </w:p>
    <w:p w14:paraId="0647307F" w14:textId="77777777" w:rsidR="00141472" w:rsidRDefault="002268F5">
      <w:pPr>
        <w:spacing w:before="400"/>
      </w:pPr>
      <w:r>
        <w:rPr>
          <w:i/>
          <w:sz w:val="16"/>
        </w:rPr>
        <w:t>* Under förutsättning att reglerna i detta dokument följs.</w:t>
      </w:r>
    </w:p>
    <w:sectPr w:rsidR="00141472" w:rsidSect="00034616">
      <w:footerReference w:type="default" r:id="rId9"/>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A0E15" w14:textId="77777777" w:rsidR="002268F5" w:rsidRDefault="002268F5">
      <w:pPr>
        <w:spacing w:after="0" w:line="240" w:lineRule="auto"/>
      </w:pPr>
      <w:r>
        <w:separator/>
      </w:r>
    </w:p>
  </w:endnote>
  <w:endnote w:type="continuationSeparator" w:id="0">
    <w:p w14:paraId="5F78A739" w14:textId="77777777" w:rsidR="002268F5" w:rsidRDefault="00226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CFAE" w14:textId="77777777" w:rsidR="00141472" w:rsidRDefault="002268F5">
    <w:pPr>
      <w:pStyle w:val="Sidfot"/>
      <w:jc w:val="center"/>
    </w:pPr>
    <w:r>
      <w:rPr>
        <w:color w:val="777777"/>
        <w:sz w:val="14"/>
      </w:rPr>
      <w:t xml:space="preserve">HSB </w:t>
    </w:r>
    <w:proofErr w:type="spellStart"/>
    <w:r>
      <w:rPr>
        <w:color w:val="777777"/>
        <w:sz w:val="14"/>
      </w:rPr>
      <w:t>Bostadsrättsförening</w:t>
    </w:r>
    <w:proofErr w:type="spellEnd"/>
    <w:r>
      <w:rPr>
        <w:color w:val="777777"/>
        <w:sz w:val="14"/>
      </w:rPr>
      <w:t xml:space="preserve"> </w:t>
    </w:r>
    <w:proofErr w:type="spellStart"/>
    <w:r>
      <w:rPr>
        <w:color w:val="777777"/>
        <w:sz w:val="14"/>
      </w:rPr>
      <w:t>Pärlröksgången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9967E" w14:textId="77777777" w:rsidR="002268F5" w:rsidRDefault="002268F5">
      <w:pPr>
        <w:spacing w:after="0" w:line="240" w:lineRule="auto"/>
      </w:pPr>
      <w:r>
        <w:separator/>
      </w:r>
    </w:p>
  </w:footnote>
  <w:footnote w:type="continuationSeparator" w:id="0">
    <w:p w14:paraId="73A1EE7F" w14:textId="77777777" w:rsidR="002268F5" w:rsidRDefault="002268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1072192055">
    <w:abstractNumId w:val="8"/>
  </w:num>
  <w:num w:numId="2" w16cid:durableId="276447890">
    <w:abstractNumId w:val="6"/>
  </w:num>
  <w:num w:numId="3" w16cid:durableId="1849833486">
    <w:abstractNumId w:val="5"/>
  </w:num>
  <w:num w:numId="4" w16cid:durableId="1322075179">
    <w:abstractNumId w:val="4"/>
  </w:num>
  <w:num w:numId="5" w16cid:durableId="816066196">
    <w:abstractNumId w:val="7"/>
  </w:num>
  <w:num w:numId="6" w16cid:durableId="1102724568">
    <w:abstractNumId w:val="3"/>
  </w:num>
  <w:num w:numId="7" w16cid:durableId="686905586">
    <w:abstractNumId w:val="2"/>
  </w:num>
  <w:num w:numId="8" w16cid:durableId="1364601162">
    <w:abstractNumId w:val="1"/>
  </w:num>
  <w:num w:numId="9" w16cid:durableId="1648699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1472"/>
    <w:rsid w:val="0015074B"/>
    <w:rsid w:val="0018017F"/>
    <w:rsid w:val="002268F5"/>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6DDCFF"/>
  <w14:defaultImageDpi w14:val="300"/>
  <w15:docId w15:val="{AB60408A-06E4-4DF8-8875-407EF9701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color w:val="2D2D2D"/>
      <w:sz w:val="19"/>
    </w:rPr>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846</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christine.sohl@partyland.party</cp:lastModifiedBy>
  <cp:revision>2</cp:revision>
  <dcterms:created xsi:type="dcterms:W3CDTF">2026-10-12T16:50:00Z</dcterms:created>
  <dcterms:modified xsi:type="dcterms:W3CDTF">2026-10-12T16:50:00Z</dcterms:modified>
  <cp:category/>
</cp:coreProperties>
</file>